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40"/>
          <w:szCs w:val="40"/>
          <w:bCs w:val="1"/>
        </w:rPr>
        <w:t>تقرير إنجاز نشاط مدرسي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24"/>
          <w:szCs w:val="24"/>
          <w:bCs w:val="0"/>
        </w:rPr>
        <w:t>يعبأ بعد تنفيذ النشاط وفق ما وقع فعلا مع إرفاق الأدلة المتاحة وترك الخانات غير المنطبقة دون ادعاءات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  <w:bCs w:val="1"/>
        </w:rPr>
        <w:t>المؤسسة والأستاذ والمستوى</w:t>
      </w:r>
      <w:r>
        <w:rPr>
          <w:rFonts w:ascii="Arial" w:hAnsi="Arial" w:cs="Arial" w:eastAsia="Arial"/>
          <w:sz w:val="24"/>
          <w:szCs w:val="24"/>
          <w:bCs w:val="0"/>
        </w:rPr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  <w:bCs w:val="1"/>
        </w:rPr>
        <w:t xml:space="preserve">الموسم الدراسي  </w:t>
      </w:r>
      <w:r>
        <w:rPr>
          <w:rFonts w:ascii="Arial" w:hAnsi="Arial" w:cs="Arial" w:eastAsia="Arial"/>
          <w:sz w:val="24"/>
          <w:szCs w:val="24"/>
          <w:bCs w:val="0"/>
        </w:rPr>
        <w:t>........................................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  <w:bCs w:val="1"/>
        </w:rPr>
        <w:t xml:space="preserve">عنوان النشاط وتاريخ ومكان الإنجاز  </w:t>
      </w:r>
      <w:r>
        <w:rPr>
          <w:rFonts w:ascii="Arial" w:hAnsi="Arial" w:cs="Arial" w:eastAsia="Arial"/>
          <w:sz w:val="24"/>
          <w:szCs w:val="24"/>
          <w:bCs w:val="0"/>
        </w:rPr>
        <w:t>........................................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  <w:bCs w:val="1"/>
        </w:rPr>
        <w:t xml:space="preserve">عدد المشاركين الفعلي  </w:t>
      </w:r>
      <w:r>
        <w:rPr>
          <w:rFonts w:ascii="Arial" w:hAnsi="Arial" w:cs="Arial" w:eastAsia="Arial"/>
          <w:sz w:val="24"/>
          <w:szCs w:val="24"/>
          <w:bCs w:val="0"/>
        </w:rPr>
        <w:t>........................................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  <w:bCs w:val="1"/>
        </w:rPr>
        <w:t xml:space="preserve">الهدف المخطط  </w:t>
      </w:r>
      <w:r>
        <w:rPr>
          <w:rFonts w:ascii="Arial" w:hAnsi="Arial" w:cs="Arial" w:eastAsia="Arial"/>
          <w:sz w:val="24"/>
          <w:szCs w:val="24"/>
          <w:bCs w:val="0"/>
        </w:rPr>
        <w:t>........................................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  <w:bCs w:val="1"/>
        </w:rPr>
        <w:t xml:space="preserve">ما نفذ فعلا وتسلسل الأنشطة  </w:t>
      </w:r>
      <w:r>
        <w:rPr>
          <w:rFonts w:ascii="Arial" w:hAnsi="Arial" w:cs="Arial" w:eastAsia="Arial"/>
          <w:sz w:val="24"/>
          <w:szCs w:val="24"/>
          <w:bCs w:val="0"/>
        </w:rPr>
        <w:t>........................................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24"/>
          <w:szCs w:val="24"/>
          <w:bCs w:val="0"/>
        </w:rPr>
        <w:t>................................................................................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24"/>
          <w:szCs w:val="24"/>
          <w:bCs w:val="0"/>
        </w:rPr>
        <w:t>................................................................................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  <w:bCs w:val="1"/>
        </w:rPr>
        <w:t xml:space="preserve">المنتوجات والملاحظات القابلة للتحقق  </w:t>
      </w:r>
      <w:r>
        <w:rPr>
          <w:rFonts w:ascii="Arial" w:hAnsi="Arial" w:cs="Arial" w:eastAsia="Arial"/>
          <w:sz w:val="24"/>
          <w:szCs w:val="24"/>
          <w:bCs w:val="0"/>
        </w:rPr>
        <w:t>........................................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24"/>
          <w:szCs w:val="24"/>
          <w:bCs w:val="0"/>
        </w:rPr>
        <w:t>................................................................................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24"/>
          <w:szCs w:val="24"/>
          <w:bCs w:val="0"/>
        </w:rPr>
        <w:t>................................................................................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  <w:bCs w:val="1"/>
        </w:rPr>
        <w:t xml:space="preserve">الصعوبات والتعديلات أثناء التنفيذ  </w:t>
      </w:r>
      <w:r>
        <w:rPr>
          <w:rFonts w:ascii="Arial" w:hAnsi="Arial" w:cs="Arial" w:eastAsia="Arial"/>
          <w:sz w:val="24"/>
          <w:szCs w:val="24"/>
          <w:bCs w:val="0"/>
        </w:rPr>
        <w:t>........................................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24"/>
          <w:szCs w:val="24"/>
          <w:bCs w:val="0"/>
        </w:rPr>
        <w:t>................................................................................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  <w:bCs w:val="1"/>
        </w:rPr>
        <w:t xml:space="preserve">الخطوة التالية أو المتابعة المقترحة  </w:t>
      </w:r>
      <w:r>
        <w:rPr>
          <w:rFonts w:ascii="Arial" w:hAnsi="Arial" w:cs="Arial" w:eastAsia="Arial"/>
          <w:sz w:val="24"/>
          <w:szCs w:val="24"/>
          <w:bCs w:val="0"/>
        </w:rPr>
        <w:t>........................................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24"/>
          <w:szCs w:val="24"/>
          <w:bCs w:val="0"/>
        </w:rPr>
        <w:t>................................................................................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  <w:bCs w:val="1"/>
        </w:rPr>
        <w:t xml:space="preserve">المرفقات المتاحة وأرقامها  </w:t>
      </w:r>
      <w:r>
        <w:rPr>
          <w:rFonts w:ascii="Arial" w:hAnsi="Arial" w:cs="Arial" w:eastAsia="Arial"/>
          <w:sz w:val="24"/>
          <w:szCs w:val="24"/>
          <w:bCs w:val="0"/>
        </w:rPr>
        <w:t>........................................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24"/>
          <w:szCs w:val="24"/>
          <w:bCs w:val="0"/>
        </w:rPr>
        <w:t>................................................................................</w:t>
      </w:r>
    </w:p>
    <w:sectPr w:rsidR="00FC693F" w:rsidRPr="0006063C" w:rsidSect="00034616"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/>
    </w:pPr>
    <w:rPr>
      <w:rFonts w:ascii="Cairo" w:hAnsi="Cairo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00"/>
      <w:outlineLvl w:val="0"/>
    </w:pPr>
    <w:rPr>
      <w:rFonts w:asciiTheme="majorHAnsi" w:eastAsiaTheme="majorEastAsia" w:hAnsiTheme="majorHAnsi" w:cstheme="majorBidi" w:ascii="Cairo" w:hAnsi="Cairo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100"/>
      <w:outlineLvl w:val="1"/>
    </w:pPr>
    <w:rPr>
      <w:rFonts w:asciiTheme="majorHAnsi" w:eastAsiaTheme="majorEastAsia" w:hAnsiTheme="majorHAnsi" w:cstheme="majorBidi" w:ascii="Cairo" w:hAnsi="Cairo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iro" w:hAnsi="Cairo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تقرير إنجاز نشاط مدرسي</dc:title>
  <dc:subject/>
  <dc:creator>إفادة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