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FFAE8" w14:textId="18E161F3" w:rsidR="00E578CF" w:rsidRDefault="00000000" w:rsidP="00A86E59">
      <w:pPr>
        <w:spacing w:before="40" w:after="20"/>
        <w:jc w:val="center"/>
      </w:pPr>
      <w:r>
        <w:rPr>
          <w:b/>
          <w:color w:val="171717"/>
          <w:sz w:val="35"/>
          <w:rtl/>
        </w:rPr>
        <w:t xml:space="preserve"> ت</w:t>
      </w:r>
      <w:r w:rsidR="008310BC">
        <w:rPr>
          <w:rFonts w:cstheme="minorBidi" w:hint="cs"/>
          <w:b/>
          <w:color w:val="171717"/>
          <w:sz w:val="35"/>
          <w:rtl/>
          <w:lang w:val="fr-FR" w:bidi="ar-MA"/>
        </w:rPr>
        <w:t>قريرت</w:t>
      </w:r>
      <w:r>
        <w:rPr>
          <w:b/>
          <w:color w:val="171717"/>
          <w:sz w:val="35"/>
          <w:rtl/>
        </w:rPr>
        <w:t>مرير روائز الموضعة</w:t>
      </w:r>
    </w:p>
    <w:p w14:paraId="71695A47" w14:textId="77777777" w:rsidR="00E578CF" w:rsidRDefault="00000000" w:rsidP="00A86E59">
      <w:pPr>
        <w:spacing w:after="100"/>
        <w:jc w:val="center"/>
        <w:rPr>
          <w:color w:val="707070"/>
          <w:sz w:val="17"/>
          <w:rtl/>
        </w:rPr>
      </w:pPr>
      <w:r>
        <w:rPr>
          <w:color w:val="707070"/>
          <w:sz w:val="17"/>
          <w:rtl/>
        </w:rPr>
        <w:t>تشخيص المكتسبات الأساس وتنظيم مجموعات الدعم</w:t>
      </w:r>
    </w:p>
    <w:p w14:paraId="1CB1BD98" w14:textId="77777777" w:rsidR="00A86E59" w:rsidRDefault="00A86E59" w:rsidP="00A86E59">
      <w:pPr>
        <w:spacing w:after="100"/>
        <w:jc w:val="center"/>
      </w:pPr>
    </w:p>
    <w:tbl>
      <w:tblPr>
        <w:bidiVisual/>
        <w:tblW w:w="0" w:type="auto"/>
        <w:jc w:val="center"/>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1814"/>
        <w:gridCol w:w="2835"/>
        <w:gridCol w:w="1814"/>
        <w:gridCol w:w="2835"/>
      </w:tblGrid>
      <w:tr w:rsidR="00E578CF" w14:paraId="1678D77F" w14:textId="77777777">
        <w:trPr>
          <w:jc w:val="center"/>
        </w:trPr>
        <w:tc>
          <w:tcPr>
            <w:tcW w:w="1814" w:type="dxa"/>
            <w:shd w:val="clear" w:color="auto" w:fill="F5F5F5"/>
            <w:tcMar>
              <w:top w:w="60" w:type="dxa"/>
              <w:left w:w="90" w:type="dxa"/>
              <w:bottom w:w="60" w:type="dxa"/>
              <w:right w:w="90" w:type="dxa"/>
            </w:tcMar>
            <w:vAlign w:val="center"/>
          </w:tcPr>
          <w:p w14:paraId="71B93CA1" w14:textId="77777777" w:rsidR="00E578CF" w:rsidRDefault="00000000" w:rsidP="00A86E59">
            <w:pPr>
              <w:jc w:val="right"/>
            </w:pPr>
            <w:r>
              <w:rPr>
                <w:b/>
                <w:color w:val="171717"/>
                <w:sz w:val="17"/>
                <w:rtl/>
              </w:rPr>
              <w:t>المؤسسة التعليمية</w:t>
            </w:r>
          </w:p>
        </w:tc>
        <w:tc>
          <w:tcPr>
            <w:tcW w:w="2835" w:type="dxa"/>
            <w:tcMar>
              <w:top w:w="60" w:type="dxa"/>
              <w:left w:w="90" w:type="dxa"/>
              <w:bottom w:w="60" w:type="dxa"/>
              <w:right w:w="90" w:type="dxa"/>
            </w:tcMar>
            <w:vAlign w:val="center"/>
          </w:tcPr>
          <w:p w14:paraId="6A57F096" w14:textId="77777777" w:rsidR="00E578CF" w:rsidRDefault="00000000" w:rsidP="00A86E59">
            <w:pPr>
              <w:jc w:val="right"/>
            </w:pPr>
            <w:r>
              <w:rPr>
                <w:color w:val="707070"/>
                <w:sz w:val="17"/>
                <w:rtl/>
              </w:rPr>
              <w:t>[اسم المؤسسة]</w:t>
            </w:r>
          </w:p>
        </w:tc>
        <w:tc>
          <w:tcPr>
            <w:tcW w:w="1814" w:type="dxa"/>
            <w:shd w:val="clear" w:color="auto" w:fill="F5F5F5"/>
            <w:tcMar>
              <w:top w:w="60" w:type="dxa"/>
              <w:left w:w="90" w:type="dxa"/>
              <w:bottom w:w="60" w:type="dxa"/>
              <w:right w:w="90" w:type="dxa"/>
            </w:tcMar>
            <w:vAlign w:val="center"/>
          </w:tcPr>
          <w:p w14:paraId="4AB58D53" w14:textId="77777777" w:rsidR="00E578CF" w:rsidRDefault="00000000" w:rsidP="00A86E59">
            <w:pPr>
              <w:jc w:val="right"/>
            </w:pPr>
            <w:r>
              <w:rPr>
                <w:b/>
                <w:color w:val="171717"/>
                <w:sz w:val="17"/>
                <w:rtl/>
              </w:rPr>
              <w:t>الموسم الدراسي</w:t>
            </w:r>
          </w:p>
        </w:tc>
        <w:tc>
          <w:tcPr>
            <w:tcW w:w="2835" w:type="dxa"/>
            <w:tcMar>
              <w:top w:w="60" w:type="dxa"/>
              <w:left w:w="90" w:type="dxa"/>
              <w:bottom w:w="60" w:type="dxa"/>
              <w:right w:w="90" w:type="dxa"/>
            </w:tcMar>
            <w:vAlign w:val="center"/>
          </w:tcPr>
          <w:p w14:paraId="31FB7308" w14:textId="77777777" w:rsidR="00E578CF" w:rsidRDefault="00000000" w:rsidP="00A86E59">
            <w:pPr>
              <w:jc w:val="right"/>
            </w:pPr>
            <w:r>
              <w:rPr>
                <w:color w:val="707070"/>
                <w:sz w:val="17"/>
                <w:rtl/>
              </w:rPr>
              <w:t>[الموسم الدراسي]</w:t>
            </w:r>
          </w:p>
        </w:tc>
      </w:tr>
      <w:tr w:rsidR="00E578CF" w14:paraId="758911E4" w14:textId="77777777">
        <w:trPr>
          <w:jc w:val="center"/>
        </w:trPr>
        <w:tc>
          <w:tcPr>
            <w:tcW w:w="1814" w:type="dxa"/>
            <w:shd w:val="clear" w:color="auto" w:fill="F5F5F5"/>
            <w:tcMar>
              <w:top w:w="60" w:type="dxa"/>
              <w:left w:w="90" w:type="dxa"/>
              <w:bottom w:w="60" w:type="dxa"/>
              <w:right w:w="90" w:type="dxa"/>
            </w:tcMar>
            <w:vAlign w:val="center"/>
          </w:tcPr>
          <w:p w14:paraId="34EFD198" w14:textId="77777777" w:rsidR="00E578CF" w:rsidRDefault="00000000" w:rsidP="00A86E59">
            <w:pPr>
              <w:jc w:val="right"/>
            </w:pPr>
            <w:r>
              <w:rPr>
                <w:b/>
                <w:color w:val="171717"/>
                <w:sz w:val="17"/>
                <w:rtl/>
              </w:rPr>
              <w:t>المستوى أو المستويات</w:t>
            </w:r>
          </w:p>
        </w:tc>
        <w:tc>
          <w:tcPr>
            <w:tcW w:w="2835" w:type="dxa"/>
            <w:tcMar>
              <w:top w:w="60" w:type="dxa"/>
              <w:left w:w="90" w:type="dxa"/>
              <w:bottom w:w="60" w:type="dxa"/>
              <w:right w:w="90" w:type="dxa"/>
            </w:tcMar>
            <w:vAlign w:val="center"/>
          </w:tcPr>
          <w:p w14:paraId="6F487F5F" w14:textId="77777777" w:rsidR="00E578CF" w:rsidRDefault="00000000" w:rsidP="00A86E59">
            <w:pPr>
              <w:jc w:val="right"/>
            </w:pPr>
            <w:r>
              <w:rPr>
                <w:color w:val="707070"/>
                <w:sz w:val="17"/>
                <w:rtl/>
              </w:rPr>
              <w:t>[المستوى الدراسي]</w:t>
            </w:r>
          </w:p>
        </w:tc>
        <w:tc>
          <w:tcPr>
            <w:tcW w:w="1814" w:type="dxa"/>
            <w:shd w:val="clear" w:color="auto" w:fill="F5F5F5"/>
            <w:tcMar>
              <w:top w:w="60" w:type="dxa"/>
              <w:left w:w="90" w:type="dxa"/>
              <w:bottom w:w="60" w:type="dxa"/>
              <w:right w:w="90" w:type="dxa"/>
            </w:tcMar>
            <w:vAlign w:val="center"/>
          </w:tcPr>
          <w:p w14:paraId="4B4B4078" w14:textId="77777777" w:rsidR="00E578CF" w:rsidRDefault="00000000" w:rsidP="00A86E59">
            <w:pPr>
              <w:jc w:val="right"/>
            </w:pPr>
            <w:r>
              <w:rPr>
                <w:b/>
                <w:color w:val="171717"/>
                <w:sz w:val="17"/>
                <w:rtl/>
              </w:rPr>
              <w:t>تاريخ الإنجاز</w:t>
            </w:r>
          </w:p>
        </w:tc>
        <w:tc>
          <w:tcPr>
            <w:tcW w:w="2835" w:type="dxa"/>
            <w:tcMar>
              <w:top w:w="60" w:type="dxa"/>
              <w:left w:w="90" w:type="dxa"/>
              <w:bottom w:w="60" w:type="dxa"/>
              <w:right w:w="90" w:type="dxa"/>
            </w:tcMar>
            <w:vAlign w:val="center"/>
          </w:tcPr>
          <w:p w14:paraId="20F5173C" w14:textId="77777777" w:rsidR="00E578CF" w:rsidRDefault="00000000" w:rsidP="00A86E59">
            <w:pPr>
              <w:jc w:val="right"/>
            </w:pPr>
            <w:r>
              <w:rPr>
                <w:color w:val="707070"/>
                <w:sz w:val="17"/>
                <w:rtl/>
              </w:rPr>
              <w:t>[اليوم والتاريخ]</w:t>
            </w:r>
          </w:p>
        </w:tc>
      </w:tr>
      <w:tr w:rsidR="00E578CF" w14:paraId="2915A3FF" w14:textId="77777777">
        <w:trPr>
          <w:jc w:val="center"/>
        </w:trPr>
        <w:tc>
          <w:tcPr>
            <w:tcW w:w="1814" w:type="dxa"/>
            <w:shd w:val="clear" w:color="auto" w:fill="F5F5F5"/>
            <w:tcMar>
              <w:top w:w="60" w:type="dxa"/>
              <w:left w:w="90" w:type="dxa"/>
              <w:bottom w:w="60" w:type="dxa"/>
              <w:right w:w="90" w:type="dxa"/>
            </w:tcMar>
            <w:vAlign w:val="center"/>
          </w:tcPr>
          <w:p w14:paraId="26804167" w14:textId="77777777" w:rsidR="00E578CF" w:rsidRDefault="00000000" w:rsidP="00A86E59">
            <w:pPr>
              <w:jc w:val="right"/>
            </w:pPr>
            <w:r>
              <w:rPr>
                <w:b/>
                <w:color w:val="171717"/>
                <w:sz w:val="17"/>
                <w:rtl/>
              </w:rPr>
              <w:t>الأستاذ(ة)</w:t>
            </w:r>
          </w:p>
        </w:tc>
        <w:tc>
          <w:tcPr>
            <w:tcW w:w="2835" w:type="dxa"/>
            <w:tcMar>
              <w:top w:w="60" w:type="dxa"/>
              <w:left w:w="90" w:type="dxa"/>
              <w:bottom w:w="60" w:type="dxa"/>
              <w:right w:w="90" w:type="dxa"/>
            </w:tcMar>
            <w:vAlign w:val="center"/>
          </w:tcPr>
          <w:p w14:paraId="2159E3B6" w14:textId="77777777" w:rsidR="00E578CF" w:rsidRDefault="00000000" w:rsidP="00A86E59">
            <w:pPr>
              <w:jc w:val="right"/>
            </w:pPr>
            <w:r>
              <w:rPr>
                <w:color w:val="707070"/>
                <w:sz w:val="17"/>
                <w:rtl/>
              </w:rPr>
              <w:t>[الاسم الكامل]</w:t>
            </w:r>
          </w:p>
        </w:tc>
        <w:tc>
          <w:tcPr>
            <w:tcW w:w="1814" w:type="dxa"/>
            <w:shd w:val="clear" w:color="auto" w:fill="F5F5F5"/>
            <w:tcMar>
              <w:top w:w="60" w:type="dxa"/>
              <w:left w:w="90" w:type="dxa"/>
              <w:bottom w:w="60" w:type="dxa"/>
              <w:right w:w="90" w:type="dxa"/>
            </w:tcMar>
            <w:vAlign w:val="center"/>
          </w:tcPr>
          <w:p w14:paraId="1081880C" w14:textId="77777777" w:rsidR="00E578CF" w:rsidRDefault="00000000" w:rsidP="00A86E59">
            <w:pPr>
              <w:jc w:val="right"/>
            </w:pPr>
            <w:r>
              <w:rPr>
                <w:b/>
                <w:color w:val="171717"/>
                <w:sz w:val="17"/>
                <w:rtl/>
              </w:rPr>
              <w:t>مكان الإنجاز</w:t>
            </w:r>
          </w:p>
        </w:tc>
        <w:tc>
          <w:tcPr>
            <w:tcW w:w="2835" w:type="dxa"/>
            <w:tcMar>
              <w:top w:w="60" w:type="dxa"/>
              <w:left w:w="90" w:type="dxa"/>
              <w:bottom w:w="60" w:type="dxa"/>
              <w:right w:w="90" w:type="dxa"/>
            </w:tcMar>
            <w:vAlign w:val="center"/>
          </w:tcPr>
          <w:p w14:paraId="544D0069" w14:textId="77777777" w:rsidR="00E578CF" w:rsidRDefault="00000000" w:rsidP="00A86E59">
            <w:pPr>
              <w:jc w:val="right"/>
            </w:pPr>
            <w:r>
              <w:rPr>
                <w:color w:val="707070"/>
                <w:sz w:val="17"/>
                <w:rtl/>
              </w:rPr>
              <w:t>[القسم أو فضاء الإنجاز]</w:t>
            </w:r>
          </w:p>
        </w:tc>
      </w:tr>
    </w:tbl>
    <w:p w14:paraId="685312C6" w14:textId="77777777" w:rsidR="00A86E59" w:rsidRDefault="00A86E59" w:rsidP="00A86E59">
      <w:pPr>
        <w:spacing w:after="60" w:line="259" w:lineRule="auto"/>
        <w:jc w:val="right"/>
        <w:rPr>
          <w:b/>
          <w:color w:val="171717"/>
          <w:sz w:val="21"/>
        </w:rPr>
      </w:pPr>
    </w:p>
    <w:p w14:paraId="67F5B549" w14:textId="4B7F28F5" w:rsidR="00E578CF" w:rsidRDefault="00000000" w:rsidP="00A86E59">
      <w:pPr>
        <w:spacing w:after="60" w:line="259" w:lineRule="auto"/>
        <w:jc w:val="right"/>
      </w:pPr>
      <w:r>
        <w:rPr>
          <w:color w:val="383838"/>
          <w:rtl/>
        </w:rPr>
        <w:t>في إطار تشخيص المكتسبات الأساس للمتعلمين وتحديد مستوياتهم الفعلية، تم تمرير روائز الموضعة لفائدة متعلمي ومتعلمات [المستوى أو المستويات]، تمهيدًا لتنظيم مجموعات الدعم وبرمجة الأنشطة الملائمة لحاجاتهم.</w:t>
      </w:r>
    </w:p>
    <w:p w14:paraId="58389F70" w14:textId="77777777" w:rsidR="00E578CF" w:rsidRPr="00A86E59" w:rsidRDefault="00000000" w:rsidP="00A86E59">
      <w:pPr>
        <w:keepNext/>
        <w:pBdr>
          <w:bottom w:val="single" w:sz="4" w:space="3" w:color="D8D8D8"/>
        </w:pBdr>
        <w:spacing w:before="100" w:after="50"/>
        <w:jc w:val="right"/>
        <w:rPr>
          <w:sz w:val="28"/>
          <w:szCs w:val="28"/>
        </w:rPr>
      </w:pPr>
      <w:r w:rsidRPr="00A86E59">
        <w:rPr>
          <w:b/>
          <w:color w:val="171717"/>
          <w:sz w:val="28"/>
          <w:szCs w:val="28"/>
          <w:rtl/>
        </w:rPr>
        <w:t>سير العملية</w:t>
      </w:r>
    </w:p>
    <w:p w14:paraId="0F497770" w14:textId="77777777" w:rsidR="00E578CF" w:rsidRDefault="00000000" w:rsidP="00A86E59">
      <w:pPr>
        <w:spacing w:after="60" w:line="259" w:lineRule="auto"/>
        <w:jc w:val="right"/>
      </w:pPr>
      <w:r>
        <w:rPr>
          <w:color w:val="383838"/>
          <w:rtl/>
        </w:rPr>
        <w:t>في التاريخ والمكان المشار إليهما أعلاه، أُعد فضاء الإنجاز والروائز والوثائق والوسائل اللازمة، ثم قُدمت التعليمات للمتعلمين بصورة واضحة، مع الحرص على توفير ظروف مناسبة تساعد على التركيز والإنجاز الفردي.</w:t>
      </w:r>
    </w:p>
    <w:p w14:paraId="1077BECF" w14:textId="77777777" w:rsidR="00E578CF" w:rsidRDefault="00000000" w:rsidP="00A86E59">
      <w:pPr>
        <w:spacing w:after="60" w:line="259" w:lineRule="auto"/>
        <w:jc w:val="right"/>
      </w:pPr>
      <w:r>
        <w:rPr>
          <w:color w:val="383838"/>
          <w:rtl/>
        </w:rPr>
        <w:t>تم تمرير الروائز وفق الإجراءات المحددة في دليل التمرير، مع احترام الزمن المخصص لكل مكون وتسجيل الأجوبة والنتائج في الحوامل المعتمدة. كما قُدمت التوضيحات المرتبطة بطريقة الإنجاز دون توجيه المتعلمين نحو الإجابات أو التأثير في موضوعية النتائج.</w:t>
      </w:r>
    </w:p>
    <w:p w14:paraId="5CDFCABD" w14:textId="77777777" w:rsidR="00E578CF" w:rsidRDefault="00000000" w:rsidP="00A86E59">
      <w:pPr>
        <w:spacing w:after="60" w:line="259" w:lineRule="auto"/>
        <w:jc w:val="right"/>
      </w:pPr>
      <w:r>
        <w:rPr>
          <w:color w:val="383838"/>
          <w:rtl/>
        </w:rPr>
        <w:t>بعد انتهاء العملية، روجعت المعطيات المسجلة وتم التأكد من استكمالها، ثم صُنفت النتائج الأولية وفق المستويات والمسارات المعتمدة.</w:t>
      </w:r>
    </w:p>
    <w:p w14:paraId="10718FB4" w14:textId="77777777" w:rsidR="00E578CF" w:rsidRPr="00A86E59" w:rsidRDefault="00000000" w:rsidP="00A86E59">
      <w:pPr>
        <w:keepNext/>
        <w:pBdr>
          <w:bottom w:val="single" w:sz="4" w:space="3" w:color="D8D8D8"/>
        </w:pBdr>
        <w:spacing w:before="100" w:after="50"/>
        <w:jc w:val="right"/>
        <w:rPr>
          <w:sz w:val="28"/>
          <w:szCs w:val="28"/>
        </w:rPr>
      </w:pPr>
      <w:r w:rsidRPr="00A86E59">
        <w:rPr>
          <w:b/>
          <w:color w:val="171717"/>
          <w:sz w:val="28"/>
          <w:szCs w:val="28"/>
          <w:rtl/>
        </w:rPr>
        <w:t>الملاحظات المسجلة</w:t>
      </w:r>
    </w:p>
    <w:p w14:paraId="6FA2941A" w14:textId="77777777" w:rsidR="00E578CF" w:rsidRDefault="00000000" w:rsidP="00A86E59">
      <w:pPr>
        <w:spacing w:after="60" w:line="259" w:lineRule="auto"/>
        <w:jc w:val="right"/>
      </w:pPr>
      <w:r>
        <w:rPr>
          <w:color w:val="383838"/>
          <w:rtl/>
        </w:rPr>
        <w:t>أُنجزت عملية تمرير روائز الموضعة في ظروف [ملائمة/مقبولة]، وسُجل تفاوت في مستوى تمكن المتعلمين من المهارات المستهدفة، مما يستدعي تنظيمهم في مجموعات منسجمة نسبيًا وبرمجة أنشطة دعم مناسبة لكل مجموعة.</w:t>
      </w:r>
    </w:p>
    <w:tbl>
      <w:tblPr>
        <w:bidiVisual/>
        <w:tblW w:w="0" w:type="auto"/>
        <w:jc w:val="center"/>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9298"/>
      </w:tblGrid>
      <w:tr w:rsidR="00E578CF" w14:paraId="07FE076C" w14:textId="77777777">
        <w:trPr>
          <w:jc w:val="center"/>
        </w:trPr>
        <w:tc>
          <w:tcPr>
            <w:tcW w:w="9298" w:type="dxa"/>
            <w:tcMar>
              <w:top w:w="55" w:type="dxa"/>
              <w:left w:w="90" w:type="dxa"/>
              <w:bottom w:w="55" w:type="dxa"/>
              <w:right w:w="90" w:type="dxa"/>
            </w:tcMar>
          </w:tcPr>
          <w:p w14:paraId="4B188DA0" w14:textId="77777777" w:rsidR="00E578CF" w:rsidRDefault="00000000" w:rsidP="00A86E59">
            <w:pPr>
              <w:jc w:val="right"/>
            </w:pPr>
            <w:r>
              <w:rPr>
                <w:color w:val="707070"/>
                <w:sz w:val="17"/>
                <w:rtl/>
              </w:rPr>
              <w:t>الحضور والغياب: ........................................................................................................................................</w:t>
            </w:r>
          </w:p>
        </w:tc>
      </w:tr>
      <w:tr w:rsidR="00E578CF" w14:paraId="4ACD79E6" w14:textId="77777777">
        <w:trPr>
          <w:jc w:val="center"/>
        </w:trPr>
        <w:tc>
          <w:tcPr>
            <w:tcW w:w="9298" w:type="dxa"/>
            <w:tcMar>
              <w:top w:w="55" w:type="dxa"/>
              <w:left w:w="90" w:type="dxa"/>
              <w:bottom w:w="55" w:type="dxa"/>
              <w:right w:w="90" w:type="dxa"/>
            </w:tcMar>
          </w:tcPr>
          <w:p w14:paraId="376F7AF9" w14:textId="77777777" w:rsidR="00E578CF" w:rsidRDefault="00000000" w:rsidP="00A86E59">
            <w:pPr>
              <w:jc w:val="right"/>
            </w:pPr>
            <w:r>
              <w:rPr>
                <w:color w:val="707070"/>
                <w:sz w:val="17"/>
                <w:rtl/>
              </w:rPr>
              <w:t>فهم التعليمات وظروف التمرير: ....................................................................................................................</w:t>
            </w:r>
          </w:p>
        </w:tc>
      </w:tr>
      <w:tr w:rsidR="00E578CF" w14:paraId="35D6040C" w14:textId="77777777">
        <w:trPr>
          <w:jc w:val="center"/>
        </w:trPr>
        <w:tc>
          <w:tcPr>
            <w:tcW w:w="9298" w:type="dxa"/>
            <w:tcMar>
              <w:top w:w="55" w:type="dxa"/>
              <w:left w:w="90" w:type="dxa"/>
              <w:bottom w:w="55" w:type="dxa"/>
              <w:right w:w="90" w:type="dxa"/>
            </w:tcMar>
          </w:tcPr>
          <w:p w14:paraId="47CA456B" w14:textId="77777777" w:rsidR="00E578CF" w:rsidRDefault="00000000" w:rsidP="00A86E59">
            <w:pPr>
              <w:jc w:val="right"/>
            </w:pPr>
            <w:r>
              <w:rPr>
                <w:color w:val="707070"/>
                <w:sz w:val="17"/>
                <w:rtl/>
              </w:rPr>
              <w:t>صعوبات أو ملاحظات أخرى: ..........................................................................................................................</w:t>
            </w:r>
          </w:p>
        </w:tc>
      </w:tr>
    </w:tbl>
    <w:p w14:paraId="3C41A6E5" w14:textId="249B9889" w:rsidR="00E578CF" w:rsidRDefault="00E578CF" w:rsidP="00A86E59">
      <w:pPr>
        <w:spacing w:after="60" w:line="259" w:lineRule="auto"/>
        <w:jc w:val="right"/>
      </w:pPr>
    </w:p>
    <w:p w14:paraId="69D59B3E" w14:textId="77777777" w:rsidR="00A86E59" w:rsidRDefault="00A86E59" w:rsidP="00A86E59">
      <w:pPr>
        <w:spacing w:after="60" w:line="259" w:lineRule="auto"/>
        <w:jc w:val="right"/>
      </w:pPr>
    </w:p>
    <w:p w14:paraId="1D73C4A7" w14:textId="77777777" w:rsidR="00A86E59" w:rsidRDefault="00A86E59" w:rsidP="00A86E59">
      <w:pPr>
        <w:bidi/>
      </w:pPr>
      <w:r>
        <w:rPr>
          <w:b/>
          <w:color w:val="171717"/>
          <w:sz w:val="17"/>
          <w:rtl/>
        </w:rPr>
        <w:t>توقيع الأستاذ(ة)</w:t>
      </w:r>
    </w:p>
    <w:p w14:paraId="314875AD" w14:textId="77777777" w:rsidR="006F0014" w:rsidRDefault="006F0014" w:rsidP="00A86E59"/>
    <w:sectPr w:rsidR="006F0014" w:rsidSect="00034616">
      <w:headerReference w:type="default" r:id="rId8"/>
      <w:footerReference w:type="default" r:id="rId9"/>
      <w:pgSz w:w="11906" w:h="16838"/>
      <w:pgMar w:top="652" w:right="879" w:bottom="595" w:left="8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1BF6B" w14:textId="77777777" w:rsidR="006F0014" w:rsidRDefault="006F0014">
      <w:pPr>
        <w:spacing w:after="0" w:line="240" w:lineRule="auto"/>
      </w:pPr>
      <w:r>
        <w:separator/>
      </w:r>
    </w:p>
  </w:endnote>
  <w:endnote w:type="continuationSeparator" w:id="0">
    <w:p w14:paraId="1F481660" w14:textId="77777777" w:rsidR="006F0014" w:rsidRDefault="006F0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416BF" w14:textId="27A6F7DA" w:rsidR="00E578CF" w:rsidRDefault="00E578CF">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73CA9" w14:textId="77777777" w:rsidR="006F0014" w:rsidRDefault="006F0014">
      <w:pPr>
        <w:spacing w:after="0" w:line="240" w:lineRule="auto"/>
      </w:pPr>
      <w:r>
        <w:separator/>
      </w:r>
    </w:p>
  </w:footnote>
  <w:footnote w:type="continuationSeparator" w:id="0">
    <w:p w14:paraId="3CB6BDE0" w14:textId="77777777" w:rsidR="006F0014" w:rsidRDefault="006F0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15C3F" w14:textId="408A6189" w:rsidR="00E578CF" w:rsidRDefault="00E578CF">
    <w:pPr>
      <w:pStyle w:val="En-tte"/>
      <w:bidi/>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465079161">
    <w:abstractNumId w:val="8"/>
  </w:num>
  <w:num w:numId="2" w16cid:durableId="1033849722">
    <w:abstractNumId w:val="6"/>
  </w:num>
  <w:num w:numId="3" w16cid:durableId="1889955538">
    <w:abstractNumId w:val="5"/>
  </w:num>
  <w:num w:numId="4" w16cid:durableId="1510873175">
    <w:abstractNumId w:val="4"/>
  </w:num>
  <w:num w:numId="5" w16cid:durableId="842280463">
    <w:abstractNumId w:val="7"/>
  </w:num>
  <w:num w:numId="6" w16cid:durableId="1178887795">
    <w:abstractNumId w:val="3"/>
  </w:num>
  <w:num w:numId="7" w16cid:durableId="1061369326">
    <w:abstractNumId w:val="2"/>
  </w:num>
  <w:num w:numId="8" w16cid:durableId="99298492">
    <w:abstractNumId w:val="1"/>
  </w:num>
  <w:num w:numId="9" w16cid:durableId="1328437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F0014"/>
    <w:rsid w:val="008310BC"/>
    <w:rsid w:val="00912C49"/>
    <w:rsid w:val="00A86E59"/>
    <w:rsid w:val="00AA1D8D"/>
    <w:rsid w:val="00B47730"/>
    <w:rsid w:val="00CB0664"/>
    <w:rsid w:val="00E578C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E17A20"/>
  <w14:defaultImageDpi w14:val="300"/>
  <w15:docId w15:val="{0F2E76CE-DACB-4613-A31F-DF0DB699A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DejaVu Sans" w:eastAsia="DejaVu Sans" w:hAnsi="DejaVu Sans" w:cs="DejaVu Sans"/>
      <w:sz w:val="18"/>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محضر تمرير روائز الموضعة</dc:title>
  <dc:subject>وثيقة تتبع تربوي</dc:subject>
  <dc:creator>YOUSSEF KASSIMI</dc:creator>
  <cp:keywords/>
  <dc:description>generated by python-docx</dc:description>
  <cp:lastModifiedBy>YOUSSEF KASSIMI</cp:lastModifiedBy>
  <cp:revision>3</cp:revision>
  <dcterms:created xsi:type="dcterms:W3CDTF">2026-10-04T03:43:00Z</dcterms:created>
  <dcterms:modified xsi:type="dcterms:W3CDTF">2026-10-04T21:31:00Z</dcterms:modified>
  <cp:category/>
</cp:coreProperties>
</file>