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85147" w14:textId="77777777" w:rsidR="00B16FDB" w:rsidRDefault="00B16FDB">
      <w:pPr>
        <w:bidi/>
        <w:jc w:val="right"/>
        <w:rPr>
          <w:noProof/>
        </w:rPr>
      </w:pPr>
    </w:p>
    <w:p w14:paraId="638BBADB" w14:textId="2A26305A" w:rsidR="000C7804" w:rsidRDefault="00B16FDB" w:rsidP="00B16FDB">
      <w:pPr>
        <w:bidi/>
        <w:jc w:val="right"/>
        <w:rPr>
          <w:rtl/>
        </w:rPr>
      </w:pPr>
      <w:r>
        <w:rPr>
          <w:noProof/>
        </w:rPr>
        <w:drawing>
          <wp:inline distT="0" distB="0" distL="0" distR="0" wp14:anchorId="68E0950F" wp14:editId="150621C0">
            <wp:extent cx="6332220" cy="1272540"/>
            <wp:effectExtent l="0" t="0" r="0" b="3810"/>
            <wp:docPr id="2259029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20" b="38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E481B0" w14:textId="77777777" w:rsidR="00B16FDB" w:rsidRDefault="00B16FDB" w:rsidP="00B16FDB">
      <w:pPr>
        <w:pStyle w:val="Pieddepage"/>
        <w:bidi/>
        <w:spacing w:after="120"/>
        <w:jc w:val="center"/>
        <w:rPr>
          <w:b/>
          <w:bCs/>
          <w:sz w:val="40"/>
          <w:szCs w:val="40"/>
          <w:rtl/>
        </w:rPr>
      </w:pPr>
    </w:p>
    <w:p w14:paraId="51231D72" w14:textId="72FF942D" w:rsidR="00B16FDB" w:rsidRPr="00B16FDB" w:rsidRDefault="00B16FDB" w:rsidP="00B16FDB">
      <w:pPr>
        <w:pStyle w:val="Pieddepage"/>
        <w:bidi/>
        <w:spacing w:after="120"/>
        <w:jc w:val="center"/>
        <w:rPr>
          <w:b/>
          <w:bCs/>
          <w:sz w:val="40"/>
          <w:szCs w:val="40"/>
        </w:rPr>
      </w:pPr>
      <w:r w:rsidRPr="00B16FDB">
        <w:rPr>
          <w:b/>
          <w:bCs/>
          <w:sz w:val="40"/>
          <w:szCs w:val="40"/>
          <w:rtl/>
        </w:rPr>
        <w:t>الملف التراكمي للأستاذ(ة) – مؤسس</w:t>
      </w:r>
      <w:r>
        <w:rPr>
          <w:rFonts w:hint="cs"/>
          <w:b/>
          <w:bCs/>
          <w:sz w:val="40"/>
          <w:szCs w:val="40"/>
          <w:rtl/>
          <w:lang w:bidi="ar-MA"/>
        </w:rPr>
        <w:t>ا</w:t>
      </w:r>
      <w:r>
        <w:rPr>
          <w:rFonts w:hint="cs"/>
          <w:b/>
          <w:bCs/>
          <w:sz w:val="40"/>
          <w:szCs w:val="40"/>
          <w:rtl/>
        </w:rPr>
        <w:t>ت</w:t>
      </w:r>
      <w:r w:rsidRPr="00B16FDB">
        <w:rPr>
          <w:b/>
          <w:bCs/>
          <w:sz w:val="40"/>
          <w:szCs w:val="40"/>
          <w:rtl/>
        </w:rPr>
        <w:t xml:space="preserve"> الريادة</w:t>
      </w:r>
    </w:p>
    <w:p w14:paraId="22BE0B07" w14:textId="4141F7E1" w:rsidR="00B16FDB" w:rsidRPr="00B16FDB" w:rsidRDefault="00B16FDB" w:rsidP="00B16FDB">
      <w:pPr>
        <w:bidi/>
        <w:spacing w:after="120"/>
        <w:jc w:val="center"/>
      </w:pPr>
      <w:r>
        <w:rPr>
          <w:rFonts w:hint="cs"/>
          <w:b/>
          <w:sz w:val="40"/>
          <w:szCs w:val="40"/>
          <w:rtl/>
        </w:rPr>
        <w:t xml:space="preserve">الدعم المكثف </w:t>
      </w:r>
      <w:r>
        <w:rPr>
          <w:b/>
          <w:sz w:val="40"/>
          <w:szCs w:val="40"/>
          <w:lang w:val="fr-FR"/>
        </w:rPr>
        <w:t>TaRL</w:t>
      </w:r>
      <w:r w:rsidRPr="00B16FDB">
        <w:rPr>
          <w:b/>
          <w:sz w:val="40"/>
          <w:szCs w:val="40"/>
          <w:rtl/>
        </w:rPr>
        <w:t xml:space="preserve"> والتدريس الصريح</w:t>
      </w:r>
    </w:p>
    <w:p w14:paraId="6BCCD5E2" w14:textId="77777777" w:rsidR="00B16FDB" w:rsidRDefault="00B16FDB" w:rsidP="00B16FDB">
      <w:pPr>
        <w:bidi/>
        <w:jc w:val="right"/>
        <w:rPr>
          <w:rtl/>
        </w:rPr>
      </w:pPr>
    </w:p>
    <w:p w14:paraId="151FB105" w14:textId="77777777" w:rsidR="00B16FDB" w:rsidRDefault="00B16FDB" w:rsidP="00B16FDB">
      <w:pPr>
        <w:bidi/>
        <w:jc w:val="right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95"/>
        <w:gridCol w:w="4986"/>
      </w:tblGrid>
      <w:tr w:rsidR="000C7804" w:rsidRPr="00B16FDB" w14:paraId="021F3198" w14:textId="77777777">
        <w:trPr>
          <w:jc w:val="center"/>
        </w:trPr>
        <w:tc>
          <w:tcPr>
            <w:tcW w:w="4986" w:type="dxa"/>
            <w:shd w:val="clear" w:color="auto" w:fill="FFFFFF"/>
            <w:vAlign w:val="center"/>
          </w:tcPr>
          <w:p w14:paraId="028C614B" w14:textId="77777777" w:rsidR="000C7804" w:rsidRPr="00B16FDB" w:rsidRDefault="00000000" w:rsidP="00B16FDB">
            <w:pPr>
              <w:spacing w:after="120"/>
              <w:jc w:val="right"/>
              <w:rPr>
                <w:sz w:val="32"/>
                <w:szCs w:val="32"/>
              </w:rPr>
            </w:pPr>
            <w:r w:rsidRPr="00B16FDB">
              <w:rPr>
                <w:sz w:val="32"/>
                <w:szCs w:val="32"/>
                <w:rtl/>
              </w:rPr>
              <w:t>........................................................</w:t>
            </w:r>
          </w:p>
        </w:tc>
        <w:tc>
          <w:tcPr>
            <w:tcW w:w="4986" w:type="dxa"/>
            <w:shd w:val="clear" w:color="auto" w:fill="F2F2F2"/>
            <w:vAlign w:val="center"/>
          </w:tcPr>
          <w:p w14:paraId="5E7D25C7" w14:textId="77777777" w:rsidR="000C7804" w:rsidRPr="00B16FDB" w:rsidRDefault="00000000" w:rsidP="00B16FDB">
            <w:pPr>
              <w:spacing w:after="120"/>
              <w:jc w:val="right"/>
              <w:rPr>
                <w:sz w:val="32"/>
                <w:szCs w:val="32"/>
              </w:rPr>
            </w:pPr>
            <w:r w:rsidRPr="00B16FDB">
              <w:rPr>
                <w:sz w:val="32"/>
                <w:szCs w:val="32"/>
                <w:rtl/>
              </w:rPr>
              <w:t>اسم الأستاذ(ة)</w:t>
            </w:r>
          </w:p>
        </w:tc>
      </w:tr>
      <w:tr w:rsidR="000C7804" w:rsidRPr="00B16FDB" w14:paraId="0D63F80E" w14:textId="77777777">
        <w:trPr>
          <w:jc w:val="center"/>
        </w:trPr>
        <w:tc>
          <w:tcPr>
            <w:tcW w:w="4986" w:type="dxa"/>
            <w:shd w:val="clear" w:color="auto" w:fill="FFFFFF"/>
            <w:vAlign w:val="center"/>
          </w:tcPr>
          <w:p w14:paraId="01BE46B9" w14:textId="77777777" w:rsidR="000C7804" w:rsidRPr="00B16FDB" w:rsidRDefault="00000000" w:rsidP="00B16FDB">
            <w:pPr>
              <w:spacing w:after="120"/>
              <w:jc w:val="right"/>
              <w:rPr>
                <w:sz w:val="32"/>
                <w:szCs w:val="32"/>
              </w:rPr>
            </w:pPr>
            <w:r w:rsidRPr="00B16FDB">
              <w:rPr>
                <w:sz w:val="32"/>
                <w:szCs w:val="32"/>
                <w:rtl/>
              </w:rPr>
              <w:t>........................................................</w:t>
            </w:r>
          </w:p>
        </w:tc>
        <w:tc>
          <w:tcPr>
            <w:tcW w:w="4986" w:type="dxa"/>
            <w:shd w:val="clear" w:color="auto" w:fill="F2F2F2"/>
            <w:vAlign w:val="center"/>
          </w:tcPr>
          <w:p w14:paraId="7BABEB04" w14:textId="1408D968" w:rsidR="000C7804" w:rsidRPr="00B16FDB" w:rsidRDefault="00B16FDB" w:rsidP="00B16FDB">
            <w:pPr>
              <w:spacing w:after="120"/>
              <w:jc w:val="right"/>
              <w:rPr>
                <w:rFonts w:hint="cs"/>
                <w:sz w:val="32"/>
                <w:szCs w:val="32"/>
                <w:rtl/>
                <w:lang w:val="fr-FR" w:bidi="ar-MA"/>
              </w:rPr>
            </w:pPr>
            <w:proofErr w:type="gramStart"/>
            <w:r w:rsidRPr="00B16FDB">
              <w:rPr>
                <w:rFonts w:hint="cs"/>
                <w:sz w:val="32"/>
                <w:szCs w:val="32"/>
                <w:rtl/>
                <w:lang w:val="fr-FR" w:bidi="ar-MA"/>
              </w:rPr>
              <w:t>الاطار</w:t>
            </w:r>
            <w:proofErr w:type="gramEnd"/>
            <w:r w:rsidRPr="00B16FDB">
              <w:rPr>
                <w:rFonts w:hint="cs"/>
                <w:sz w:val="32"/>
                <w:szCs w:val="32"/>
                <w:rtl/>
                <w:lang w:val="fr-FR" w:bidi="ar-MA"/>
              </w:rPr>
              <w:t xml:space="preserve"> والدرجة</w:t>
            </w:r>
          </w:p>
        </w:tc>
      </w:tr>
      <w:tr w:rsidR="000C7804" w:rsidRPr="00B16FDB" w14:paraId="5CDE4648" w14:textId="77777777">
        <w:trPr>
          <w:jc w:val="center"/>
        </w:trPr>
        <w:tc>
          <w:tcPr>
            <w:tcW w:w="4986" w:type="dxa"/>
            <w:shd w:val="clear" w:color="auto" w:fill="FFFFFF"/>
            <w:vAlign w:val="center"/>
          </w:tcPr>
          <w:p w14:paraId="4F2FE9CE" w14:textId="77777777" w:rsidR="000C7804" w:rsidRPr="00B16FDB" w:rsidRDefault="00000000" w:rsidP="00B16FDB">
            <w:pPr>
              <w:spacing w:after="120"/>
              <w:jc w:val="right"/>
              <w:rPr>
                <w:sz w:val="32"/>
                <w:szCs w:val="32"/>
              </w:rPr>
            </w:pPr>
            <w:r w:rsidRPr="00B16FDB">
              <w:rPr>
                <w:sz w:val="32"/>
                <w:szCs w:val="32"/>
                <w:rtl/>
              </w:rPr>
              <w:t>........................................................</w:t>
            </w:r>
          </w:p>
        </w:tc>
        <w:tc>
          <w:tcPr>
            <w:tcW w:w="4986" w:type="dxa"/>
            <w:shd w:val="clear" w:color="auto" w:fill="F2F2F2"/>
            <w:vAlign w:val="center"/>
          </w:tcPr>
          <w:p w14:paraId="7C2970EE" w14:textId="77777777" w:rsidR="000C7804" w:rsidRPr="00B16FDB" w:rsidRDefault="00000000" w:rsidP="00B16FDB">
            <w:pPr>
              <w:spacing w:after="120"/>
              <w:jc w:val="right"/>
              <w:rPr>
                <w:sz w:val="32"/>
                <w:szCs w:val="32"/>
              </w:rPr>
            </w:pPr>
            <w:r w:rsidRPr="00B16FDB">
              <w:rPr>
                <w:sz w:val="32"/>
                <w:szCs w:val="32"/>
                <w:rtl/>
              </w:rPr>
              <w:t>المستوى / المستويات</w:t>
            </w:r>
          </w:p>
        </w:tc>
      </w:tr>
      <w:tr w:rsidR="000C7804" w:rsidRPr="00B16FDB" w14:paraId="7CA903A8" w14:textId="77777777">
        <w:trPr>
          <w:jc w:val="center"/>
        </w:trPr>
        <w:tc>
          <w:tcPr>
            <w:tcW w:w="4986" w:type="dxa"/>
            <w:shd w:val="clear" w:color="auto" w:fill="FFFFFF"/>
            <w:vAlign w:val="center"/>
          </w:tcPr>
          <w:p w14:paraId="563B20AE" w14:textId="77777777" w:rsidR="000C7804" w:rsidRPr="00B16FDB" w:rsidRDefault="00000000" w:rsidP="00B16FDB">
            <w:pPr>
              <w:spacing w:after="120"/>
              <w:jc w:val="right"/>
              <w:rPr>
                <w:sz w:val="32"/>
                <w:szCs w:val="32"/>
              </w:rPr>
            </w:pPr>
            <w:r w:rsidRPr="00B16FDB">
              <w:rPr>
                <w:sz w:val="32"/>
                <w:szCs w:val="32"/>
                <w:rtl/>
              </w:rPr>
              <w:t>........................................................</w:t>
            </w:r>
          </w:p>
        </w:tc>
        <w:tc>
          <w:tcPr>
            <w:tcW w:w="4986" w:type="dxa"/>
            <w:shd w:val="clear" w:color="auto" w:fill="F2F2F2"/>
            <w:vAlign w:val="center"/>
          </w:tcPr>
          <w:p w14:paraId="35619BF6" w14:textId="77777777" w:rsidR="000C7804" w:rsidRPr="00B16FDB" w:rsidRDefault="00000000" w:rsidP="00B16FDB">
            <w:pPr>
              <w:spacing w:after="120"/>
              <w:jc w:val="right"/>
              <w:rPr>
                <w:sz w:val="32"/>
                <w:szCs w:val="32"/>
              </w:rPr>
            </w:pPr>
            <w:r w:rsidRPr="00B16FDB">
              <w:rPr>
                <w:sz w:val="32"/>
                <w:szCs w:val="32"/>
                <w:rtl/>
              </w:rPr>
              <w:t>المادة</w:t>
            </w:r>
          </w:p>
        </w:tc>
      </w:tr>
      <w:tr w:rsidR="000C7804" w:rsidRPr="00B16FDB" w14:paraId="7BE01BD0" w14:textId="77777777">
        <w:trPr>
          <w:jc w:val="center"/>
        </w:trPr>
        <w:tc>
          <w:tcPr>
            <w:tcW w:w="4986" w:type="dxa"/>
            <w:shd w:val="clear" w:color="auto" w:fill="FFFFFF"/>
            <w:vAlign w:val="center"/>
          </w:tcPr>
          <w:p w14:paraId="7AFE3552" w14:textId="77777777" w:rsidR="000C7804" w:rsidRPr="00B16FDB" w:rsidRDefault="00000000" w:rsidP="00B16FDB">
            <w:pPr>
              <w:spacing w:after="120"/>
              <w:jc w:val="right"/>
              <w:rPr>
                <w:sz w:val="32"/>
                <w:szCs w:val="32"/>
              </w:rPr>
            </w:pPr>
            <w:r w:rsidRPr="00B16FDB">
              <w:rPr>
                <w:sz w:val="32"/>
                <w:szCs w:val="32"/>
                <w:rtl/>
              </w:rPr>
              <w:t>........................................................</w:t>
            </w:r>
          </w:p>
        </w:tc>
        <w:tc>
          <w:tcPr>
            <w:tcW w:w="4986" w:type="dxa"/>
            <w:shd w:val="clear" w:color="auto" w:fill="F2F2F2"/>
            <w:vAlign w:val="center"/>
          </w:tcPr>
          <w:p w14:paraId="05507D35" w14:textId="312D78F0" w:rsidR="000C7804" w:rsidRPr="00B16FDB" w:rsidRDefault="00B16FDB" w:rsidP="00B16FDB">
            <w:pPr>
              <w:spacing w:after="120"/>
              <w:jc w:val="right"/>
              <w:rPr>
                <w:sz w:val="32"/>
                <w:szCs w:val="32"/>
              </w:rPr>
            </w:pPr>
            <w:r w:rsidRPr="00B16FDB">
              <w:rPr>
                <w:sz w:val="32"/>
                <w:szCs w:val="32"/>
                <w:rtl/>
              </w:rPr>
              <w:t>المؤسسة التعليمية</w:t>
            </w:r>
          </w:p>
        </w:tc>
      </w:tr>
    </w:tbl>
    <w:p w14:paraId="5F97F84A" w14:textId="77777777" w:rsidR="000C7804" w:rsidRDefault="000C7804">
      <w:pPr>
        <w:bidi/>
        <w:jc w:val="right"/>
      </w:pPr>
    </w:p>
    <w:p w14:paraId="3F50BE85" w14:textId="77777777" w:rsidR="000C7804" w:rsidRDefault="000C7804">
      <w:pPr>
        <w:bidi/>
        <w:jc w:val="right"/>
      </w:pPr>
    </w:p>
    <w:p w14:paraId="17A9C1F2" w14:textId="5CCD2CFB" w:rsidR="000C7804" w:rsidRPr="00B16FDB" w:rsidRDefault="00000000">
      <w:pPr>
        <w:bidi/>
        <w:spacing w:after="120"/>
        <w:jc w:val="center"/>
        <w:rPr>
          <w:b/>
          <w:bCs/>
        </w:rPr>
      </w:pPr>
      <w:r w:rsidRPr="00B16FDB">
        <w:rPr>
          <w:b/>
          <w:bCs/>
          <w:sz w:val="30"/>
          <w:rtl/>
        </w:rPr>
        <w:t xml:space="preserve">السنة الدراسية: </w:t>
      </w:r>
      <w:r w:rsidR="00B16FDB" w:rsidRPr="00B16FDB">
        <w:rPr>
          <w:rFonts w:hint="cs"/>
          <w:b/>
          <w:bCs/>
          <w:sz w:val="30"/>
          <w:rtl/>
        </w:rPr>
        <w:t>2026-2027</w:t>
      </w:r>
    </w:p>
    <w:p w14:paraId="66821B48" w14:textId="77777777" w:rsidR="000C7804" w:rsidRDefault="00000000">
      <w:pPr>
        <w:bidi/>
        <w:spacing w:before="40" w:after="280"/>
        <w:jc w:val="center"/>
      </w:pPr>
      <w:r>
        <w:rPr>
          <w:sz w:val="24"/>
          <w:rtl/>
        </w:rPr>
        <w:t>━━━━━━━━━━━━━━━━━━━━━━━━━━━━━━━━</w:t>
      </w:r>
    </w:p>
    <w:p w14:paraId="285D861B" w14:textId="1ACF3BB9" w:rsidR="000C7804" w:rsidRDefault="000C7804">
      <w:pPr>
        <w:bidi/>
        <w:spacing w:before="360"/>
        <w:jc w:val="center"/>
      </w:pPr>
    </w:p>
    <w:sectPr w:rsidR="000C7804" w:rsidSect="00034616">
      <w:pgSz w:w="12240" w:h="15840"/>
      <w:pgMar w:top="850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2C6E4" w14:textId="77777777" w:rsidR="00046102" w:rsidRDefault="00046102">
      <w:pPr>
        <w:spacing w:after="0" w:line="240" w:lineRule="auto"/>
      </w:pPr>
      <w:r>
        <w:separator/>
      </w:r>
    </w:p>
  </w:endnote>
  <w:endnote w:type="continuationSeparator" w:id="0">
    <w:p w14:paraId="653BABC2" w14:textId="77777777" w:rsidR="00046102" w:rsidRDefault="00046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99E35" w14:textId="77777777" w:rsidR="00046102" w:rsidRDefault="00046102">
      <w:pPr>
        <w:spacing w:after="0" w:line="240" w:lineRule="auto"/>
      </w:pPr>
      <w:r>
        <w:separator/>
      </w:r>
    </w:p>
  </w:footnote>
  <w:footnote w:type="continuationSeparator" w:id="0">
    <w:p w14:paraId="4F8D524A" w14:textId="77777777" w:rsidR="00046102" w:rsidRDefault="000461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1271459">
    <w:abstractNumId w:val="8"/>
  </w:num>
  <w:num w:numId="2" w16cid:durableId="1932469142">
    <w:abstractNumId w:val="6"/>
  </w:num>
  <w:num w:numId="3" w16cid:durableId="455367018">
    <w:abstractNumId w:val="5"/>
  </w:num>
  <w:num w:numId="4" w16cid:durableId="681396061">
    <w:abstractNumId w:val="4"/>
  </w:num>
  <w:num w:numId="5" w16cid:durableId="1737044410">
    <w:abstractNumId w:val="7"/>
  </w:num>
  <w:num w:numId="6" w16cid:durableId="1066689562">
    <w:abstractNumId w:val="3"/>
  </w:num>
  <w:num w:numId="7" w16cid:durableId="812019784">
    <w:abstractNumId w:val="2"/>
  </w:num>
  <w:num w:numId="8" w16cid:durableId="1982686943">
    <w:abstractNumId w:val="1"/>
  </w:num>
  <w:num w:numId="9" w16cid:durableId="250937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102"/>
    <w:rsid w:val="0006063C"/>
    <w:rsid w:val="000C7804"/>
    <w:rsid w:val="0015074B"/>
    <w:rsid w:val="0029639D"/>
    <w:rsid w:val="00326F90"/>
    <w:rsid w:val="00975751"/>
    <w:rsid w:val="00AA1D8D"/>
    <w:rsid w:val="00B16FD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BE2C85"/>
  <w14:defaultImageDpi w14:val="300"/>
  <w15:docId w15:val="{62B98BDC-5C12-434A-BB75-9E981D2E4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YOUSSEF KASSIMI</cp:lastModifiedBy>
  <cp:revision>2</cp:revision>
  <dcterms:created xsi:type="dcterms:W3CDTF">2013-12-23T23:15:00Z</dcterms:created>
  <dcterms:modified xsi:type="dcterms:W3CDTF">2026-10-04T22:26:00Z</dcterms:modified>
  <cp:category/>
</cp:coreProperties>
</file>